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Sample template</w:t>
      </w:r>
    </w:p>
    <w:p>
      <w:r>
        <w:t xml:space="preserve">Dear </w:t>
      </w:r>
      <w:r>
        <w:rPr>
          <w:b/>
        </w:rPr>
        <w:t>${okp_tpl_name}</w:t>
      </w:r>
      <w:r>
        <w:t>, this document has been generated from a Word template using the values of the okg:tpl metadata group.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${okp_tpl_name}</w:t>
            </w:r>
          </w:p>
        </w:tc>
      </w:tr>
      <w:tr>
        <w:tc>
          <w:tcPr>
            <w:tcW w:type="dxa" w:w="4320"/>
          </w:tcPr>
          <w:p>
            <w:r>
              <w:t>Birth date</w:t>
            </w:r>
          </w:p>
        </w:tc>
        <w:tc>
          <w:tcPr>
            <w:tcW w:type="dxa" w:w="4320"/>
          </w:tcPr>
          <w:p>
            <w:r>
              <w:t>${okp_tpl_birth_date}</w:t>
            </w:r>
          </w:p>
        </w:tc>
      </w:tr>
      <w:tr>
        <w:tc>
          <w:tcPr>
            <w:tcW w:type="dxa" w:w="4320"/>
          </w:tcPr>
          <w:p>
            <w:r>
              <w:t>Language</w:t>
            </w:r>
          </w:p>
        </w:tc>
        <w:tc>
          <w:tcPr>
            <w:tcW w:type="dxa" w:w="4320"/>
          </w:tcPr>
          <w:p>
            <w:r>
              <w:t>${okp_tpl_language}</w:t>
            </w:r>
          </w:p>
        </w:tc>
      </w:tr>
    </w:tbl>
    <w:p/>
    <w:p>
      <w:r>
        <w:t xml:space="preserve">Favourite language: </w:t>
      </w:r>
      <w:r>
        <w:rPr>
          <w:color w:val="1F4E79"/>
          <w:sz w:val="28"/>
        </w:rPr>
        <w:t>${okp_tpl_language}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Generated by OpenKM - Birth date: ${okp_tpl_birth_date}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t>Sample template - ${okp_tpl_name}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OpenKM sample Word template</dc:title>
  <dc:subject/>
  <dc:creator>OpenKM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